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הפכים, נרדפות וקטגוריות במשחקי קלפים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במילים הפוכות ובמילים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המשחקים השונים (זיכרון, רביעיות, שלישיות, לוטו)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מצאו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נרדפות או הפכים?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מילים הפוכות ולא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 המילים מתארות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אלו מילים הפוכות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(רהיט)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(צבע)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(ספורט)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ערכה - הפכים, נרדפות או 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רמת קושי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בכל תור פתחו שני 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הקלפים מתאימים השאירו אותם גלויים, ואם לא - הפכו אותם בחזרה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נרדפות דומות במשמעות, ומילים הפוכות הפוכות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מילה הפוכה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מזהה מילה נרדפת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בוחר קטגוריה ומתאים לה מילים בהגיון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עם משחק קלפים בפועל לפני או אחרי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להתאים את רמת הקושי (מצב מוקל) לתלמידים המתקשים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ולבדוק תשובות אחד מול השני לפני ריכוז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הפכים, נרדפות וקטגוריות במשחקי קלפים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במשחקי הקלפים בעברית אנחנו מתרגלים שלוש ערכות מילים: הפכים, נרדפות וקטגוריות. דף זה מתרגל את אותן מילים ואת חוקי המשחקים עצמם.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מצאו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המילה ההפוכה ל"גדול"?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המילה ההפוכה ל"יום"?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המילה ההפוכה ל"מהיר"?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ההפוכה ל"פתוח"?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המילה ההפוכה ל"שמח"?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נרדפות או הפכים?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"שמח" ו"עליז"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"גדול" ו"קטן"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"מהר" ו"חיש"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"יום" ו"לילה"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"ישן"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ל"יפה"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"קר"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ל"מהר"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"רטוב"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ספורט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רהיט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כדורסל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משחק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תור פתחו שני קלפים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הקלפים מתאימים השאירו אותם גלויים, ואם לא - הפכו אותם בחזרה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רמת קושי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ערכה - הפכים, נרדפות או קטגוריות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מילים נרדפות למילים הפוכות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הפוכה למילה "ארוך"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למילה "קטן"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קטגוריה אחת ושתי מילים ששייכות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הפכים, נרדפות וקטגוריות במשחקי קלפים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