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הפכים, נרדפות וקטגוריות במשחקי קלפים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במילים הפוכות ובמילים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המשחקים השונים (זיכרון, רביעיות, שלישיות, לוטו)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נרדפות או הפכים?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 ולא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המילים מתארות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מילים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(רהיט)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(ספורט)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ערכה - הפכים, נרדפות או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רמת קושי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בכל תור פתחו שני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הקלפים מתאימים השאירו אותם גלויים, ואם לא - הפכו אותם בחזרה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נרדפות דומות במשמעות, ומילים הפוכות הפוכות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מילה הפוכה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מילה נרדפת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בוחר קטגוריה ומתאים לה מילים בהגיון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משחק קלפים בפועל לפני או אחרי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להתאים את רמת הקושי (מצב מוקל) לתלמידים המתקשים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ולבדוק תשובות אחד מול השני לפני ריכוז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הפכים, נרדפות וקטגוריות במשחקי קלפים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קלפים עם מילים. יש הפכים (מילים הפוכות), נרדפות (מילים דומות) וקטגוריות (קבוצות של מילים). נתרגל את זה בדף.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מילים ששייכות לאותו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הופכים קלפים ומחפשים זוגות מתאימים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רביעיות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אוספים ארבעה קלפים ששייכים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שלישיות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מוצאים שלוש מילים ששייכות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קוראים מילה ומחפשים אותה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מהירה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נגד הזמן שבו מתאימים מילים במהירות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פתוח?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נרדפות או הפכים?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"שמח" ו"עליז"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"גדול" ו"קטן"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"מהר" ו"חיש"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"יום" ו"לילה"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"ישן"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ל"יפה"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"קר"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ל"מהר"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"רטוב"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ספורט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רהיט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תור פתחו שני קלפים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הקלפים מתאימים השאירו אותם גלויים, ואם לא - הפכו אותם בחזרה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ערכה - הפכים, נרדפות או קטגוריות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רמת קושי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מילים נרדפות למילים הפוכות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הפוכה למילה "ארוך"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למילה "קטן"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קטגוריה אחת ושתי מילים ששייכות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הפכים, נרדפות וקטגוריות במשחקי קלפים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