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הפכים, נרדפות וקטגוריות במשחקי קלפים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במילים הפוכות ובמילים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למיין מילים לפי 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חוקי המשחקים השונים (זיכרון, רביעיות, שלישיות, לוטו)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מצאו את ההפך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נרדפות או הפכים?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מתארות הרגשה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אלו מילים הפוכות ולא נרדפות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לקטגוריה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(רהיט)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משחק הזיכרון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ערכה - הפכים, נרדפות או קטגוריות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בחרו רמת קושי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בכל תור פתחו שני קלפים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מזהה מילה הפוכה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מזהה מילה נרדפת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בוחר קטגוריה ומתאים לה מילים בהגיון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הדף עם משחק קלפים בפועל לפני או אחרי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להתאים את רמת הקושי (מצב מוקל) לתלמידים המתקשים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ולבדוק תשובות אחד מול השני לפני ריכוז כיתתי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הפכים, נרדפות וקטגוריות במשחקי קלפים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במשחקי הקלפים בעברית אנחנו מתרגלים שלוש ערכות מילים: הפכים, נרדפות וקטגוריות. דף זה מתרגל את אותן מילים ואת חוקי המשחקים עצמם.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חדש  ·  חם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מצאו את ההפך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המילה ההפוכה ל"גדול"?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המילה ההפוכה ל"יום"?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נרדפות או הפכים?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"שמח" ו"עליז"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"גדול" ו"קטן"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ההפך של "ישן"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ההפך של "קר"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לקטגוריה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תפוח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רהיט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משחק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תור פתחו שני קלפים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בחרו ערכה - הפכים, נרדפות או קטגוריות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בחרו רמת קושי מתאימה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הפוכה למילה "ארוך"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נרדפת למילה "קטן"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הפכים, נרדפות וקטגוריות במשחקי קלפים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